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0F1" w:rsidRPr="00E870F1" w:rsidRDefault="00E870F1" w:rsidP="00E870F1">
      <w:pPr>
        <w:pStyle w:val="a9"/>
        <w:ind w:left="5760" w:firstLine="720"/>
        <w:rPr>
          <w:rFonts w:ascii="Times New Roman" w:hAnsi="Times New Roman" w:cs="Times New Roman"/>
          <w:b/>
          <w:lang w:val="uk-UA"/>
        </w:rPr>
      </w:pPr>
      <w:r w:rsidRPr="00E870F1">
        <w:rPr>
          <w:rFonts w:ascii="Times New Roman" w:hAnsi="Times New Roman" w:cs="Times New Roman"/>
          <w:b/>
          <w:lang w:val="uk-UA"/>
        </w:rPr>
        <w:t>Додаток 1</w:t>
      </w:r>
    </w:p>
    <w:p w:rsidR="00E870F1" w:rsidRPr="00E870F1" w:rsidRDefault="00E870F1" w:rsidP="00E870F1">
      <w:pPr>
        <w:pStyle w:val="a9"/>
        <w:ind w:left="6480"/>
        <w:rPr>
          <w:rFonts w:ascii="Times New Roman" w:hAnsi="Times New Roman" w:cs="Times New Roman"/>
          <w:b/>
          <w:lang w:val="uk-UA"/>
        </w:rPr>
      </w:pPr>
      <w:r w:rsidRPr="00E870F1">
        <w:rPr>
          <w:rFonts w:ascii="Times New Roman" w:hAnsi="Times New Roman" w:cs="Times New Roman"/>
          <w:b/>
          <w:lang w:val="uk-UA"/>
        </w:rPr>
        <w:t xml:space="preserve">до наказу управління освіти </w:t>
      </w:r>
    </w:p>
    <w:p w:rsidR="00E870F1" w:rsidRPr="00E870F1" w:rsidRDefault="00E870F1" w:rsidP="00E870F1">
      <w:pPr>
        <w:pStyle w:val="a9"/>
        <w:ind w:left="5760" w:firstLine="720"/>
        <w:rPr>
          <w:rFonts w:ascii="Times New Roman" w:hAnsi="Times New Roman" w:cs="Times New Roman"/>
          <w:b/>
          <w:lang w:val="uk-UA"/>
        </w:rPr>
      </w:pPr>
      <w:r w:rsidRPr="00E870F1">
        <w:rPr>
          <w:rFonts w:ascii="Times New Roman" w:hAnsi="Times New Roman" w:cs="Times New Roman"/>
          <w:b/>
          <w:lang w:val="uk-UA"/>
        </w:rPr>
        <w:t>Чернівецької міської ради</w:t>
      </w:r>
    </w:p>
    <w:p w:rsidR="00E870F1" w:rsidRPr="00E870F1" w:rsidRDefault="00E870F1" w:rsidP="00E870F1">
      <w:pPr>
        <w:pStyle w:val="a9"/>
        <w:ind w:left="5760" w:firstLine="720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від ________ №______</w:t>
      </w:r>
    </w:p>
    <w:p w:rsidR="00F917BA" w:rsidRPr="00073A76" w:rsidRDefault="00F917BA" w:rsidP="00073A76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7E7762" w:rsidRDefault="007E7762" w:rsidP="00073A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073A76" w:rsidRPr="00073A76" w:rsidRDefault="00073A76" w:rsidP="00073A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F917BA" w:rsidRPr="00073A76" w:rsidRDefault="007E7762" w:rsidP="00073A76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  <w:r w:rsidRPr="00073A76">
        <w:rPr>
          <w:rFonts w:ascii="Times New Roman" w:hAnsi="Times New Roman" w:cs="Times New Roman"/>
          <w:b/>
          <w:sz w:val="28"/>
          <w:szCs w:val="24"/>
          <w:lang w:val="uk-UA"/>
        </w:rPr>
        <w:t>РОЗПОДІЛ ГРУП</w:t>
      </w:r>
      <w:r w:rsidRPr="00073A76">
        <w:rPr>
          <w:rFonts w:ascii="Times New Roman" w:hAnsi="Times New Roman" w:cs="Times New Roman"/>
          <w:b/>
          <w:sz w:val="28"/>
          <w:szCs w:val="24"/>
          <w:lang w:val="uk-UA"/>
        </w:rPr>
        <w:br/>
      </w:r>
      <w:r w:rsidR="00073A76" w:rsidRPr="00073A76">
        <w:rPr>
          <w:rFonts w:ascii="Times New Roman" w:hAnsi="Times New Roman" w:cs="Times New Roman"/>
          <w:b/>
          <w:sz w:val="28"/>
          <w:szCs w:val="24"/>
          <w:lang w:val="uk-UA"/>
        </w:rPr>
        <w:t xml:space="preserve"> міської ліги «Незламні»</w:t>
      </w:r>
      <w:r w:rsidR="00101F7B" w:rsidRPr="00073A76">
        <w:rPr>
          <w:rFonts w:ascii="Times New Roman" w:hAnsi="Times New Roman" w:cs="Times New Roman"/>
          <w:b/>
          <w:sz w:val="28"/>
          <w:szCs w:val="24"/>
          <w:lang w:val="uk-UA"/>
        </w:rPr>
        <w:t xml:space="preserve"> </w:t>
      </w:r>
    </w:p>
    <w:p w:rsidR="007E7762" w:rsidRPr="00073A76" w:rsidRDefault="00101F7B" w:rsidP="00073A76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  <w:r>
        <w:rPr>
          <w:rFonts w:ascii="Times New Roman" w:hAnsi="Times New Roman" w:cs="Times New Roman"/>
          <w:b/>
          <w:sz w:val="28"/>
          <w:szCs w:val="24"/>
          <w:lang w:val="uk-UA"/>
        </w:rPr>
        <w:t xml:space="preserve">з </w:t>
      </w:r>
      <w:r w:rsidR="00073A76" w:rsidRPr="00073A76">
        <w:rPr>
          <w:rFonts w:ascii="Times New Roman" w:hAnsi="Times New Roman" w:cs="Times New Roman"/>
          <w:b/>
          <w:sz w:val="28"/>
          <w:szCs w:val="24"/>
          <w:lang w:val="uk-UA"/>
        </w:rPr>
        <w:t>мініфутболу</w:t>
      </w:r>
    </w:p>
    <w:p w:rsidR="007E7762" w:rsidRDefault="007E7762" w:rsidP="00073A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F917BA" w:rsidRPr="00073A76" w:rsidRDefault="00101F7B" w:rsidP="00FC3608">
      <w:p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  <w:bookmarkStart w:id="0" w:name="_GoBack"/>
      <w:bookmarkEnd w:id="0"/>
      <w:r w:rsidRPr="00073A76">
        <w:rPr>
          <w:rFonts w:ascii="Times New Roman" w:hAnsi="Times New Roman" w:cs="Times New Roman"/>
          <w:b/>
          <w:sz w:val="28"/>
          <w:szCs w:val="24"/>
          <w:lang w:val="uk-UA"/>
        </w:rPr>
        <w:t xml:space="preserve">1. Вікова категорія: </w:t>
      </w:r>
      <w:r w:rsidR="00073A76" w:rsidRPr="00073A76">
        <w:rPr>
          <w:rFonts w:ascii="Times New Roman" w:hAnsi="Times New Roman" w:cs="Times New Roman"/>
          <w:b/>
          <w:sz w:val="28"/>
          <w:szCs w:val="24"/>
          <w:lang w:val="uk-UA"/>
        </w:rPr>
        <w:t xml:space="preserve">хлопці – </w:t>
      </w:r>
      <w:r w:rsidRPr="00073A76">
        <w:rPr>
          <w:rFonts w:ascii="Times New Roman" w:hAnsi="Times New Roman" w:cs="Times New Roman"/>
          <w:b/>
          <w:sz w:val="28"/>
          <w:szCs w:val="24"/>
          <w:lang w:val="uk-UA"/>
        </w:rPr>
        <w:t>8–9 класи</w:t>
      </w:r>
    </w:p>
    <w:p w:rsidR="00073A76" w:rsidRPr="00073A76" w:rsidRDefault="00101F7B" w:rsidP="00FC3608">
      <w:pPr>
        <w:pStyle w:val="ae"/>
        <w:spacing w:after="0"/>
        <w:ind w:left="142"/>
        <w:rPr>
          <w:rFonts w:ascii="Times New Roman" w:hAnsi="Times New Roman" w:cs="Times New Roman"/>
          <w:sz w:val="24"/>
          <w:szCs w:val="24"/>
          <w:lang w:val="uk-UA"/>
        </w:rPr>
      </w:pPr>
      <w:r w:rsidRPr="00073A76">
        <w:rPr>
          <w:rFonts w:ascii="Times New Roman" w:hAnsi="Times New Roman" w:cs="Times New Roman"/>
          <w:b/>
          <w:sz w:val="24"/>
          <w:szCs w:val="24"/>
          <w:lang w:val="uk-UA"/>
        </w:rPr>
        <w:t>Дата проведення</w:t>
      </w:r>
      <w:r w:rsidR="00287F6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групового етапу</w:t>
      </w:r>
      <w:r w:rsidRPr="00073A76">
        <w:rPr>
          <w:rFonts w:ascii="Times New Roman" w:hAnsi="Times New Roman" w:cs="Times New Roman"/>
          <w:b/>
          <w:sz w:val="24"/>
          <w:szCs w:val="24"/>
          <w:lang w:val="uk-UA"/>
        </w:rPr>
        <w:t xml:space="preserve">: </w:t>
      </w:r>
      <w:r w:rsidRPr="00073A76">
        <w:rPr>
          <w:rFonts w:ascii="Times New Roman" w:hAnsi="Times New Roman" w:cs="Times New Roman"/>
          <w:sz w:val="24"/>
          <w:szCs w:val="24"/>
          <w:lang w:val="uk-UA"/>
        </w:rPr>
        <w:t>29</w:t>
      </w:r>
      <w:r w:rsidR="00073A76" w:rsidRPr="00073A76">
        <w:rPr>
          <w:rFonts w:ascii="Times New Roman" w:hAnsi="Times New Roman" w:cs="Times New Roman"/>
          <w:sz w:val="24"/>
          <w:szCs w:val="24"/>
          <w:lang w:val="uk-UA"/>
        </w:rPr>
        <w:t xml:space="preserve"> вересня 2026 р.</w:t>
      </w:r>
    </w:p>
    <w:p w:rsidR="00073A76" w:rsidRPr="00073A76" w:rsidRDefault="00101F7B" w:rsidP="00FC3608">
      <w:pPr>
        <w:pStyle w:val="ae"/>
        <w:spacing w:after="0"/>
        <w:ind w:left="142"/>
        <w:rPr>
          <w:rFonts w:ascii="Times New Roman" w:hAnsi="Times New Roman" w:cs="Times New Roman"/>
          <w:sz w:val="24"/>
          <w:szCs w:val="24"/>
          <w:lang w:val="uk-UA"/>
        </w:rPr>
      </w:pPr>
      <w:r w:rsidRPr="00073A76">
        <w:rPr>
          <w:rFonts w:ascii="Times New Roman" w:hAnsi="Times New Roman" w:cs="Times New Roman"/>
          <w:b/>
          <w:sz w:val="24"/>
          <w:szCs w:val="24"/>
          <w:lang w:val="uk-UA"/>
        </w:rPr>
        <w:t xml:space="preserve">Час початку змагань: </w:t>
      </w:r>
      <w:r w:rsidR="007E7762" w:rsidRPr="00073A76">
        <w:rPr>
          <w:rFonts w:ascii="Times New Roman" w:hAnsi="Times New Roman" w:cs="Times New Roman"/>
          <w:sz w:val="24"/>
          <w:szCs w:val="24"/>
          <w:lang w:val="uk-UA"/>
        </w:rPr>
        <w:t>13:00 (у всіх локаціях)</w:t>
      </w:r>
    </w:p>
    <w:p w:rsidR="00073A76" w:rsidRPr="00073A76" w:rsidRDefault="003E6E98" w:rsidP="00FC3608">
      <w:pPr>
        <w:pStyle w:val="ae"/>
        <w:spacing w:after="0"/>
        <w:ind w:left="14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Умови виходу у фінал</w:t>
      </w:r>
      <w:r w:rsidR="00101F7B" w:rsidRPr="00073A76">
        <w:rPr>
          <w:rFonts w:ascii="Times New Roman" w:hAnsi="Times New Roman" w:cs="Times New Roman"/>
          <w:b/>
          <w:sz w:val="24"/>
          <w:szCs w:val="24"/>
          <w:lang w:val="uk-UA"/>
        </w:rPr>
        <w:t xml:space="preserve">: </w:t>
      </w:r>
      <w:r w:rsidR="003C0668">
        <w:rPr>
          <w:rFonts w:ascii="Times New Roman" w:hAnsi="Times New Roman" w:cs="Times New Roman"/>
          <w:sz w:val="24"/>
          <w:szCs w:val="24"/>
          <w:lang w:val="uk-UA"/>
        </w:rPr>
        <w:t>переможець групи</w:t>
      </w:r>
      <w:r w:rsidR="007E7762" w:rsidRPr="003C0668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3E6E98" w:rsidRDefault="003E6E98" w:rsidP="00FC3608">
      <w:pPr>
        <w:pStyle w:val="ae"/>
        <w:spacing w:after="0"/>
        <w:ind w:left="14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Фінал</w:t>
      </w:r>
      <w:r w:rsidR="00101F7B" w:rsidRPr="00073A76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3E6E98">
        <w:rPr>
          <w:rFonts w:ascii="Times New Roman" w:hAnsi="Times New Roman" w:cs="Times New Roman"/>
          <w:sz w:val="24"/>
          <w:szCs w:val="24"/>
          <w:lang w:val="uk-UA"/>
        </w:rPr>
        <w:t>30 вересня</w:t>
      </w:r>
      <w:r w:rsidR="00593DEA">
        <w:rPr>
          <w:rFonts w:ascii="Times New Roman" w:hAnsi="Times New Roman" w:cs="Times New Roman"/>
          <w:sz w:val="24"/>
          <w:szCs w:val="24"/>
          <w:lang w:val="uk-UA"/>
        </w:rPr>
        <w:t>;</w:t>
      </w:r>
      <w:r w:rsidR="00101F7B" w:rsidRPr="003E6E9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3E6E98" w:rsidRPr="00287F6A" w:rsidRDefault="00101F7B" w:rsidP="003E6E98">
      <w:pPr>
        <w:pStyle w:val="ae"/>
        <w:spacing w:after="0"/>
        <w:ind w:left="142"/>
        <w:rPr>
          <w:rFonts w:ascii="Times New Roman" w:hAnsi="Times New Roman" w:cs="Times New Roman"/>
          <w:sz w:val="24"/>
          <w:szCs w:val="24"/>
          <w:lang w:val="uk-UA"/>
        </w:rPr>
      </w:pPr>
      <w:r w:rsidRPr="00287F6A">
        <w:rPr>
          <w:rFonts w:ascii="Times New Roman" w:hAnsi="Times New Roman" w:cs="Times New Roman"/>
          <w:sz w:val="24"/>
          <w:szCs w:val="24"/>
          <w:lang w:val="uk-UA"/>
        </w:rPr>
        <w:t>Ліцей №8 (переможці груп 1, 3, 5, 7)</w:t>
      </w:r>
    </w:p>
    <w:p w:rsidR="003E6E98" w:rsidRDefault="00101F7B" w:rsidP="00287F6A">
      <w:pPr>
        <w:pStyle w:val="ae"/>
        <w:spacing w:after="0"/>
        <w:ind w:left="142"/>
        <w:rPr>
          <w:rFonts w:ascii="Times New Roman" w:hAnsi="Times New Roman" w:cs="Times New Roman"/>
          <w:sz w:val="24"/>
          <w:szCs w:val="24"/>
          <w:lang w:val="uk-UA"/>
        </w:rPr>
      </w:pPr>
      <w:r w:rsidRPr="00287F6A">
        <w:rPr>
          <w:rFonts w:ascii="Times New Roman" w:hAnsi="Times New Roman" w:cs="Times New Roman"/>
          <w:sz w:val="24"/>
          <w:szCs w:val="24"/>
          <w:lang w:val="uk-UA"/>
        </w:rPr>
        <w:t xml:space="preserve">Ліцей </w:t>
      </w:r>
      <w:r w:rsidR="003E6E98" w:rsidRPr="00287F6A">
        <w:rPr>
          <w:rFonts w:ascii="Times New Roman" w:hAnsi="Times New Roman" w:cs="Times New Roman"/>
          <w:sz w:val="24"/>
          <w:szCs w:val="24"/>
          <w:lang w:val="uk-UA"/>
        </w:rPr>
        <w:t xml:space="preserve">№19 </w:t>
      </w:r>
      <w:r w:rsidR="00073A76" w:rsidRPr="00287F6A">
        <w:rPr>
          <w:rFonts w:ascii="Times New Roman" w:hAnsi="Times New Roman" w:cs="Times New Roman"/>
          <w:sz w:val="24"/>
          <w:szCs w:val="24"/>
          <w:lang w:val="uk-UA"/>
        </w:rPr>
        <w:t>(переможці груп 2, 4, 6, 8)</w:t>
      </w:r>
    </w:p>
    <w:p w:rsidR="001F0B1F" w:rsidRDefault="001F0B1F" w:rsidP="00287F6A">
      <w:pPr>
        <w:pStyle w:val="ae"/>
        <w:spacing w:after="0"/>
        <w:ind w:left="142"/>
        <w:rPr>
          <w:rFonts w:ascii="Times New Roman" w:hAnsi="Times New Roman" w:cs="Times New Roman"/>
          <w:sz w:val="24"/>
          <w:szCs w:val="24"/>
          <w:lang w:val="uk-UA"/>
        </w:rPr>
      </w:pPr>
    </w:p>
    <w:p w:rsidR="001F0B1F" w:rsidRPr="00287F6A" w:rsidRDefault="001F0B1F" w:rsidP="001F0B1F">
      <w:pPr>
        <w:pStyle w:val="ae"/>
        <w:spacing w:after="0"/>
        <w:ind w:left="142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73A76">
        <w:rPr>
          <w:rFonts w:ascii="Times New Roman" w:hAnsi="Times New Roman" w:cs="Times New Roman"/>
          <w:b/>
          <w:sz w:val="28"/>
          <w:szCs w:val="24"/>
          <w:lang w:val="uk-UA"/>
        </w:rPr>
        <w:t>РОЗПОДІЛ ГРУП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6"/>
        <w:gridCol w:w="1984"/>
        <w:gridCol w:w="6804"/>
      </w:tblGrid>
      <w:tr w:rsidR="007E7762" w:rsidRPr="00073A76" w:rsidTr="006A4B0B">
        <w:trPr>
          <w:jc w:val="center"/>
        </w:trPr>
        <w:tc>
          <w:tcPr>
            <w:tcW w:w="1256" w:type="dxa"/>
            <w:shd w:val="clear" w:color="auto" w:fill="EEECE1" w:themeFill="background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Група</w:t>
            </w:r>
          </w:p>
        </w:tc>
        <w:tc>
          <w:tcPr>
            <w:tcW w:w="1984" w:type="dxa"/>
            <w:shd w:val="clear" w:color="auto" w:fill="EEECE1" w:themeFill="background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Локація (база)</w:t>
            </w:r>
          </w:p>
        </w:tc>
        <w:tc>
          <w:tcPr>
            <w:tcW w:w="6804" w:type="dxa"/>
            <w:shd w:val="clear" w:color="auto" w:fill="EEECE1" w:themeFill="background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F917BA" w:rsidRPr="00073A76" w:rsidRDefault="00630063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Команди-учасники</w:t>
            </w:r>
          </w:p>
        </w:tc>
      </w:tr>
      <w:tr w:rsidR="007E7762" w:rsidRPr="00073A76" w:rsidTr="006A4B0B">
        <w:trPr>
          <w:jc w:val="center"/>
        </w:trPr>
        <w:tc>
          <w:tcPr>
            <w:tcW w:w="125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1</w:t>
            </w:r>
          </w:p>
        </w:tc>
        <w:tc>
          <w:tcPr>
            <w:tcW w:w="198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Гімназія №15</w:t>
            </w:r>
          </w:p>
        </w:tc>
        <w:tc>
          <w:tcPr>
            <w:tcW w:w="680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Гімназія №15, Гімназія №8, Ліцей №16, Гімназія №16</w:t>
            </w:r>
          </w:p>
        </w:tc>
      </w:tr>
      <w:tr w:rsidR="007E7762" w:rsidRPr="00073A76" w:rsidTr="006A4B0B">
        <w:trPr>
          <w:jc w:val="center"/>
        </w:trPr>
        <w:tc>
          <w:tcPr>
            <w:tcW w:w="1256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2</w:t>
            </w:r>
          </w:p>
        </w:tc>
        <w:tc>
          <w:tcPr>
            <w:tcW w:w="1984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Гімназія №13</w:t>
            </w:r>
          </w:p>
        </w:tc>
        <w:tc>
          <w:tcPr>
            <w:tcW w:w="6804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Гімназія №13, </w:t>
            </w:r>
            <w:proofErr w:type="spellStart"/>
            <w:r w:rsidR="007E7762" w:rsidRPr="00073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1F5FC"/>
                <w:lang w:val="uk-UA"/>
              </w:rPr>
              <w:t>Чорнівська</w:t>
            </w:r>
            <w:proofErr w:type="spellEnd"/>
            <w:r w:rsidR="007E7762" w:rsidRPr="00073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1F5FC"/>
                <w:lang w:val="uk-UA"/>
              </w:rPr>
              <w:t xml:space="preserve"> гімназія, </w:t>
            </w: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Ліцей №21, Гімназія №3</w:t>
            </w:r>
          </w:p>
        </w:tc>
      </w:tr>
      <w:tr w:rsidR="007E7762" w:rsidRPr="00073A76" w:rsidTr="006A4B0B">
        <w:trPr>
          <w:jc w:val="center"/>
        </w:trPr>
        <w:tc>
          <w:tcPr>
            <w:tcW w:w="125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3</w:t>
            </w:r>
          </w:p>
        </w:tc>
        <w:tc>
          <w:tcPr>
            <w:tcW w:w="198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Ліцей №8</w:t>
            </w:r>
          </w:p>
        </w:tc>
        <w:tc>
          <w:tcPr>
            <w:tcW w:w="680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Ліцей №8, Ліцей №7, Гімназія №5, Ліцей №17</w:t>
            </w:r>
          </w:p>
        </w:tc>
      </w:tr>
      <w:tr w:rsidR="007E7762" w:rsidRPr="00073A76" w:rsidTr="006A4B0B">
        <w:trPr>
          <w:jc w:val="center"/>
        </w:trPr>
        <w:tc>
          <w:tcPr>
            <w:tcW w:w="1256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4</w:t>
            </w:r>
          </w:p>
        </w:tc>
        <w:tc>
          <w:tcPr>
            <w:tcW w:w="1984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Ліцей №19</w:t>
            </w:r>
          </w:p>
        </w:tc>
        <w:tc>
          <w:tcPr>
            <w:tcW w:w="6804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Ліцей №19, Ліцей №20, Ліцей №4, Ліцей №5</w:t>
            </w:r>
          </w:p>
        </w:tc>
      </w:tr>
      <w:tr w:rsidR="007E7762" w:rsidRPr="00073A76" w:rsidTr="006A4B0B">
        <w:trPr>
          <w:jc w:val="center"/>
        </w:trPr>
        <w:tc>
          <w:tcPr>
            <w:tcW w:w="125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5</w:t>
            </w:r>
          </w:p>
        </w:tc>
        <w:tc>
          <w:tcPr>
            <w:tcW w:w="198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Гімназія №14</w:t>
            </w:r>
          </w:p>
        </w:tc>
        <w:tc>
          <w:tcPr>
            <w:tcW w:w="680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Гімназія №14, Ліцей №13, Гімназія №4, Гімназія №18</w:t>
            </w:r>
          </w:p>
        </w:tc>
      </w:tr>
      <w:tr w:rsidR="007E7762" w:rsidRPr="00073A76" w:rsidTr="006A4B0B">
        <w:trPr>
          <w:jc w:val="center"/>
        </w:trPr>
        <w:tc>
          <w:tcPr>
            <w:tcW w:w="1256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6</w:t>
            </w:r>
          </w:p>
        </w:tc>
        <w:tc>
          <w:tcPr>
            <w:tcW w:w="1984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Ліцей №12</w:t>
            </w:r>
          </w:p>
        </w:tc>
        <w:tc>
          <w:tcPr>
            <w:tcW w:w="6804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Ліцей №12, Ліцей №10, Ліцей №22, Гімназія №19</w:t>
            </w:r>
          </w:p>
        </w:tc>
      </w:tr>
      <w:tr w:rsidR="007E7762" w:rsidRPr="00073A76" w:rsidTr="006A4B0B">
        <w:trPr>
          <w:jc w:val="center"/>
        </w:trPr>
        <w:tc>
          <w:tcPr>
            <w:tcW w:w="125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7</w:t>
            </w:r>
          </w:p>
        </w:tc>
        <w:tc>
          <w:tcPr>
            <w:tcW w:w="198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Гімназія №7</w:t>
            </w:r>
          </w:p>
        </w:tc>
        <w:tc>
          <w:tcPr>
            <w:tcW w:w="680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Гімназія №</w:t>
            </w:r>
            <w:r w:rsidR="007E7762"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7, Ліцей №11, Ліцей №18, </w:t>
            </w:r>
            <w:proofErr w:type="spellStart"/>
            <w:r w:rsidR="006A4B0B"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Коровійський</w:t>
            </w:r>
            <w:proofErr w:type="spellEnd"/>
            <w:r w:rsidR="006A4B0B"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ліцей</w:t>
            </w:r>
          </w:p>
        </w:tc>
      </w:tr>
      <w:tr w:rsidR="007E7762" w:rsidRPr="00073A76" w:rsidTr="006A4B0B">
        <w:trPr>
          <w:jc w:val="center"/>
        </w:trPr>
        <w:tc>
          <w:tcPr>
            <w:tcW w:w="1256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8</w:t>
            </w:r>
          </w:p>
        </w:tc>
        <w:tc>
          <w:tcPr>
            <w:tcW w:w="1984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Ліцей №9</w:t>
            </w:r>
          </w:p>
        </w:tc>
        <w:tc>
          <w:tcPr>
            <w:tcW w:w="6804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Ліцей №9, Гімназія №9, Ліцей №6, Гімназія №17</w:t>
            </w:r>
          </w:p>
        </w:tc>
      </w:tr>
    </w:tbl>
    <w:p w:rsidR="00073A76" w:rsidRDefault="00073A76" w:rsidP="00073A76">
      <w:pPr>
        <w:spacing w:after="0"/>
        <w:ind w:left="426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</w:p>
    <w:p w:rsidR="00073A76" w:rsidRDefault="00073A76" w:rsidP="00073A76">
      <w:pPr>
        <w:spacing w:after="0"/>
        <w:ind w:left="426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</w:p>
    <w:p w:rsidR="00073A76" w:rsidRDefault="00073A76" w:rsidP="00073A76">
      <w:pPr>
        <w:spacing w:after="0"/>
        <w:ind w:left="426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</w:p>
    <w:p w:rsidR="00073A76" w:rsidRDefault="00073A76" w:rsidP="00073A76">
      <w:pPr>
        <w:spacing w:after="0"/>
        <w:ind w:left="426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</w:p>
    <w:p w:rsidR="00073A76" w:rsidRDefault="00073A76" w:rsidP="00073A76">
      <w:pPr>
        <w:spacing w:after="0"/>
        <w:ind w:left="426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</w:p>
    <w:p w:rsidR="00073A76" w:rsidRDefault="00073A76" w:rsidP="00073A76">
      <w:pPr>
        <w:spacing w:after="0"/>
        <w:ind w:left="426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</w:p>
    <w:p w:rsidR="00073A76" w:rsidRDefault="00073A76" w:rsidP="00073A76">
      <w:pPr>
        <w:spacing w:after="0"/>
        <w:ind w:left="426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</w:p>
    <w:p w:rsidR="00073A76" w:rsidRDefault="00073A76" w:rsidP="00073A76">
      <w:pPr>
        <w:spacing w:after="0"/>
        <w:ind w:left="426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</w:p>
    <w:p w:rsidR="00073A76" w:rsidRDefault="00073A76" w:rsidP="00073A76">
      <w:pPr>
        <w:spacing w:after="0"/>
        <w:ind w:left="426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</w:p>
    <w:p w:rsidR="00073A76" w:rsidRPr="00073A76" w:rsidRDefault="00073A76" w:rsidP="00FC3608">
      <w:p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  <w:r w:rsidRPr="00073A76">
        <w:rPr>
          <w:rFonts w:ascii="Times New Roman" w:hAnsi="Times New Roman" w:cs="Times New Roman"/>
          <w:b/>
          <w:sz w:val="28"/>
          <w:szCs w:val="24"/>
          <w:lang w:val="uk-UA"/>
        </w:rPr>
        <w:t>2. Вікова категорія: хлопці – 10–11 класи</w:t>
      </w:r>
    </w:p>
    <w:p w:rsidR="00073A76" w:rsidRPr="00073A76" w:rsidRDefault="001F0B1F" w:rsidP="00FC3608">
      <w:pPr>
        <w:pStyle w:val="ae"/>
        <w:spacing w:after="0"/>
        <w:ind w:left="28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Дата</w:t>
      </w:r>
      <w:r w:rsidR="00073A76" w:rsidRPr="00073A7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проведення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групового етапу</w:t>
      </w:r>
      <w:r w:rsidR="00073A76" w:rsidRPr="00073A76">
        <w:rPr>
          <w:rFonts w:ascii="Times New Roman" w:hAnsi="Times New Roman" w:cs="Times New Roman"/>
          <w:b/>
          <w:sz w:val="24"/>
          <w:szCs w:val="24"/>
          <w:lang w:val="uk-UA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7 </w:t>
      </w:r>
      <w:r w:rsidR="00073A76" w:rsidRPr="00073A76">
        <w:rPr>
          <w:rFonts w:ascii="Times New Roman" w:hAnsi="Times New Roman" w:cs="Times New Roman"/>
          <w:sz w:val="24"/>
          <w:szCs w:val="24"/>
          <w:lang w:val="uk-UA"/>
        </w:rPr>
        <w:t>жовтня 2026 р.</w:t>
      </w:r>
    </w:p>
    <w:p w:rsidR="00073A76" w:rsidRPr="00073A76" w:rsidRDefault="00073A76" w:rsidP="00FC3608">
      <w:pPr>
        <w:pStyle w:val="ae"/>
        <w:spacing w:after="0"/>
        <w:ind w:left="284"/>
        <w:rPr>
          <w:rFonts w:ascii="Times New Roman" w:hAnsi="Times New Roman" w:cs="Times New Roman"/>
          <w:sz w:val="24"/>
          <w:szCs w:val="24"/>
          <w:lang w:val="uk-UA"/>
        </w:rPr>
      </w:pPr>
      <w:r w:rsidRPr="00073A76">
        <w:rPr>
          <w:rFonts w:ascii="Times New Roman" w:hAnsi="Times New Roman" w:cs="Times New Roman"/>
          <w:b/>
          <w:sz w:val="24"/>
          <w:szCs w:val="24"/>
          <w:lang w:val="uk-UA"/>
        </w:rPr>
        <w:t xml:space="preserve">Час початку змагань: </w:t>
      </w:r>
      <w:r w:rsidRPr="00073A76">
        <w:rPr>
          <w:rFonts w:ascii="Times New Roman" w:hAnsi="Times New Roman" w:cs="Times New Roman"/>
          <w:sz w:val="24"/>
          <w:szCs w:val="24"/>
          <w:lang w:val="uk-UA"/>
        </w:rPr>
        <w:t>13:00 (у всіх локаціях)</w:t>
      </w:r>
    </w:p>
    <w:p w:rsidR="00073A76" w:rsidRPr="00073A76" w:rsidRDefault="003E6E98" w:rsidP="00FC3608">
      <w:pPr>
        <w:pStyle w:val="ae"/>
        <w:spacing w:after="0"/>
        <w:ind w:left="28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Умови виходу у фінал</w:t>
      </w:r>
      <w:r w:rsidR="00073A76" w:rsidRPr="00073A76">
        <w:rPr>
          <w:rFonts w:ascii="Times New Roman" w:hAnsi="Times New Roman" w:cs="Times New Roman"/>
          <w:b/>
          <w:sz w:val="24"/>
          <w:szCs w:val="24"/>
          <w:lang w:val="uk-UA"/>
        </w:rPr>
        <w:t xml:space="preserve">: </w:t>
      </w:r>
      <w:r w:rsidR="003C0668" w:rsidRPr="003C0668">
        <w:rPr>
          <w:rFonts w:ascii="Times New Roman" w:hAnsi="Times New Roman" w:cs="Times New Roman"/>
          <w:sz w:val="24"/>
          <w:szCs w:val="24"/>
          <w:lang w:val="uk-UA"/>
        </w:rPr>
        <w:t>переможець групи.</w:t>
      </w:r>
    </w:p>
    <w:p w:rsidR="00073A76" w:rsidRDefault="00073A76" w:rsidP="00FC3608">
      <w:pPr>
        <w:pStyle w:val="ae"/>
        <w:spacing w:after="0"/>
        <w:ind w:left="284"/>
        <w:rPr>
          <w:rFonts w:ascii="Times New Roman" w:hAnsi="Times New Roman" w:cs="Times New Roman"/>
          <w:sz w:val="24"/>
          <w:szCs w:val="24"/>
          <w:lang w:val="uk-UA"/>
        </w:rPr>
      </w:pPr>
      <w:r w:rsidRPr="00073A76">
        <w:rPr>
          <w:rFonts w:ascii="Times New Roman" w:hAnsi="Times New Roman" w:cs="Times New Roman"/>
          <w:b/>
          <w:sz w:val="24"/>
          <w:szCs w:val="24"/>
          <w:lang w:val="uk-UA"/>
        </w:rPr>
        <w:t xml:space="preserve">Фінал: </w:t>
      </w:r>
      <w:r w:rsidRPr="00073A76">
        <w:rPr>
          <w:rFonts w:ascii="Times New Roman" w:hAnsi="Times New Roman" w:cs="Times New Roman"/>
          <w:sz w:val="24"/>
          <w:szCs w:val="24"/>
          <w:lang w:val="uk-UA"/>
        </w:rPr>
        <w:t xml:space="preserve">8 жовтня (Ліцей №18) </w:t>
      </w:r>
    </w:p>
    <w:p w:rsidR="001F0B1F" w:rsidRPr="001F0B1F" w:rsidRDefault="001F0B1F" w:rsidP="001F0B1F">
      <w:pPr>
        <w:pStyle w:val="ae"/>
        <w:spacing w:after="0"/>
        <w:ind w:left="648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73A76">
        <w:rPr>
          <w:rFonts w:ascii="Times New Roman" w:hAnsi="Times New Roman" w:cs="Times New Roman"/>
          <w:b/>
          <w:sz w:val="28"/>
          <w:szCs w:val="24"/>
          <w:lang w:val="uk-UA"/>
        </w:rPr>
        <w:t>РОЗПОДІЛ ГРУП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1985"/>
        <w:gridCol w:w="7010"/>
      </w:tblGrid>
      <w:tr w:rsidR="00593DEA" w:rsidRPr="00073A76" w:rsidTr="00593DEA">
        <w:trPr>
          <w:jc w:val="center"/>
        </w:trPr>
        <w:tc>
          <w:tcPr>
            <w:tcW w:w="1235" w:type="dxa"/>
            <w:shd w:val="clear" w:color="auto" w:fill="EEECE1" w:themeFill="background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073A76" w:rsidRPr="00073A76" w:rsidRDefault="00073A76" w:rsidP="009921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Група</w:t>
            </w:r>
          </w:p>
        </w:tc>
        <w:tc>
          <w:tcPr>
            <w:tcW w:w="1985" w:type="dxa"/>
            <w:shd w:val="clear" w:color="auto" w:fill="EEECE1" w:themeFill="background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073A76" w:rsidRPr="00073A76" w:rsidRDefault="00073A76" w:rsidP="009921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Локація (база)</w:t>
            </w:r>
          </w:p>
        </w:tc>
        <w:tc>
          <w:tcPr>
            <w:tcW w:w="7010" w:type="dxa"/>
            <w:shd w:val="clear" w:color="auto" w:fill="EEECE1" w:themeFill="background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073A76" w:rsidRPr="00073A76" w:rsidRDefault="00630063" w:rsidP="009921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Команди-учасники</w:t>
            </w:r>
          </w:p>
        </w:tc>
      </w:tr>
      <w:tr w:rsidR="00073A76" w:rsidRPr="00073A76" w:rsidTr="00593DEA">
        <w:trPr>
          <w:jc w:val="center"/>
        </w:trPr>
        <w:tc>
          <w:tcPr>
            <w:tcW w:w="1235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73A76" w:rsidRPr="00073A76" w:rsidRDefault="00073A76" w:rsidP="009921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1</w:t>
            </w:r>
          </w:p>
        </w:tc>
        <w:tc>
          <w:tcPr>
            <w:tcW w:w="1985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73A76" w:rsidRPr="00073A76" w:rsidRDefault="00073A76" w:rsidP="009921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Ліцей №19</w:t>
            </w:r>
          </w:p>
        </w:tc>
        <w:tc>
          <w:tcPr>
            <w:tcW w:w="701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73A76" w:rsidRPr="00073A76" w:rsidRDefault="00073A76" w:rsidP="009921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Ліцей №19, Ліцей №8, Ліцей №7, Ліцей №2, </w:t>
            </w:r>
            <w:proofErr w:type="spellStart"/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Коровійський</w:t>
            </w:r>
            <w:proofErr w:type="spellEnd"/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ліцей</w:t>
            </w:r>
          </w:p>
        </w:tc>
      </w:tr>
      <w:tr w:rsidR="00073A76" w:rsidRPr="00073A76" w:rsidTr="00593DEA">
        <w:trPr>
          <w:jc w:val="center"/>
        </w:trPr>
        <w:tc>
          <w:tcPr>
            <w:tcW w:w="1235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73A76" w:rsidRPr="00073A76" w:rsidRDefault="00073A76" w:rsidP="009921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2</w:t>
            </w:r>
          </w:p>
        </w:tc>
        <w:tc>
          <w:tcPr>
            <w:tcW w:w="1985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73A76" w:rsidRPr="00073A76" w:rsidRDefault="00073A76" w:rsidP="009921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Ліцей №9</w:t>
            </w:r>
          </w:p>
        </w:tc>
        <w:tc>
          <w:tcPr>
            <w:tcW w:w="701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73A76" w:rsidRPr="00073A76" w:rsidRDefault="00073A76" w:rsidP="009921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Ліцей №9, Ліцей №21, Ліцей №5, Ліцей №11, Ліцей №10, Ліцей №1</w:t>
            </w:r>
          </w:p>
        </w:tc>
      </w:tr>
      <w:tr w:rsidR="00073A76" w:rsidRPr="00073A76" w:rsidTr="00593DEA">
        <w:trPr>
          <w:jc w:val="center"/>
        </w:trPr>
        <w:tc>
          <w:tcPr>
            <w:tcW w:w="1235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73A76" w:rsidRPr="00073A76" w:rsidRDefault="00073A76" w:rsidP="009921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3</w:t>
            </w:r>
          </w:p>
        </w:tc>
        <w:tc>
          <w:tcPr>
            <w:tcW w:w="1985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73A76" w:rsidRPr="00073A76" w:rsidRDefault="00073A76" w:rsidP="009921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Ліцей №18</w:t>
            </w:r>
          </w:p>
        </w:tc>
        <w:tc>
          <w:tcPr>
            <w:tcW w:w="701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73A76" w:rsidRPr="00073A76" w:rsidRDefault="00073A76" w:rsidP="009921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Ліцей №18, Ліцей №17, Ліцей №20, Ліцей №13, Ліцей №4</w:t>
            </w:r>
          </w:p>
        </w:tc>
      </w:tr>
    </w:tbl>
    <w:p w:rsidR="00073A76" w:rsidRDefault="00073A76" w:rsidP="00073A76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</w:p>
    <w:p w:rsidR="00F917BA" w:rsidRPr="00073A76" w:rsidRDefault="00073A76" w:rsidP="00FC3608">
      <w:p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b/>
          <w:sz w:val="28"/>
          <w:szCs w:val="24"/>
          <w:lang w:val="uk-UA"/>
        </w:rPr>
        <w:t xml:space="preserve">3. </w:t>
      </w:r>
      <w:r w:rsidR="00101F7B" w:rsidRPr="00073A76">
        <w:rPr>
          <w:rFonts w:ascii="Times New Roman" w:hAnsi="Times New Roman" w:cs="Times New Roman"/>
          <w:b/>
          <w:sz w:val="28"/>
          <w:szCs w:val="24"/>
          <w:lang w:val="uk-UA"/>
        </w:rPr>
        <w:t>Вікова категорія: Збірна дівчат</w:t>
      </w:r>
    </w:p>
    <w:p w:rsidR="006A4B0B" w:rsidRPr="00073A76" w:rsidRDefault="00101F7B" w:rsidP="00FC3608">
      <w:pPr>
        <w:pStyle w:val="ae"/>
        <w:spacing w:after="0"/>
        <w:ind w:left="284"/>
        <w:rPr>
          <w:rFonts w:ascii="Times New Roman" w:hAnsi="Times New Roman" w:cs="Times New Roman"/>
          <w:sz w:val="24"/>
          <w:szCs w:val="24"/>
          <w:lang w:val="uk-UA"/>
        </w:rPr>
      </w:pPr>
      <w:r w:rsidRPr="00073A76">
        <w:rPr>
          <w:rFonts w:ascii="Times New Roman" w:hAnsi="Times New Roman" w:cs="Times New Roman"/>
          <w:b/>
          <w:sz w:val="24"/>
          <w:szCs w:val="24"/>
          <w:lang w:val="uk-UA"/>
        </w:rPr>
        <w:t>Дати проведення</w:t>
      </w:r>
      <w:r w:rsidR="001F0B1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групового етапу</w:t>
      </w:r>
      <w:r w:rsidRPr="00073A76">
        <w:rPr>
          <w:rFonts w:ascii="Times New Roman" w:hAnsi="Times New Roman" w:cs="Times New Roman"/>
          <w:b/>
          <w:sz w:val="24"/>
          <w:szCs w:val="24"/>
          <w:lang w:val="uk-UA"/>
        </w:rPr>
        <w:t xml:space="preserve">: </w:t>
      </w:r>
      <w:r w:rsidR="001F0B1F">
        <w:rPr>
          <w:rFonts w:ascii="Times New Roman" w:hAnsi="Times New Roman" w:cs="Times New Roman"/>
          <w:sz w:val="24"/>
          <w:szCs w:val="24"/>
          <w:lang w:val="uk-UA"/>
        </w:rPr>
        <w:t xml:space="preserve">5 </w:t>
      </w:r>
      <w:r w:rsidR="006A4B0B" w:rsidRPr="00073A76">
        <w:rPr>
          <w:rFonts w:ascii="Times New Roman" w:hAnsi="Times New Roman" w:cs="Times New Roman"/>
          <w:sz w:val="24"/>
          <w:szCs w:val="24"/>
          <w:lang w:val="uk-UA"/>
        </w:rPr>
        <w:t>жовтня 2026 р.</w:t>
      </w:r>
    </w:p>
    <w:p w:rsidR="00073A76" w:rsidRPr="00073A76" w:rsidRDefault="00073A76" w:rsidP="00FC3608">
      <w:pPr>
        <w:pStyle w:val="ae"/>
        <w:spacing w:after="0"/>
        <w:ind w:left="284"/>
        <w:rPr>
          <w:rFonts w:ascii="Times New Roman" w:hAnsi="Times New Roman" w:cs="Times New Roman"/>
          <w:sz w:val="24"/>
          <w:szCs w:val="24"/>
          <w:lang w:val="uk-UA"/>
        </w:rPr>
      </w:pPr>
      <w:r w:rsidRPr="00073A76">
        <w:rPr>
          <w:rFonts w:ascii="Times New Roman" w:hAnsi="Times New Roman" w:cs="Times New Roman"/>
          <w:b/>
          <w:sz w:val="24"/>
          <w:szCs w:val="24"/>
          <w:lang w:val="uk-UA"/>
        </w:rPr>
        <w:t xml:space="preserve">Час початку змагань: </w:t>
      </w:r>
      <w:r w:rsidRPr="00073A76">
        <w:rPr>
          <w:rFonts w:ascii="Times New Roman" w:hAnsi="Times New Roman" w:cs="Times New Roman"/>
          <w:sz w:val="24"/>
          <w:szCs w:val="24"/>
          <w:lang w:val="uk-UA"/>
        </w:rPr>
        <w:t>13:00 (у всіх локаціях)</w:t>
      </w:r>
    </w:p>
    <w:p w:rsidR="006A4B0B" w:rsidRPr="00073A76" w:rsidRDefault="003E6E98" w:rsidP="00FC3608">
      <w:pPr>
        <w:pStyle w:val="ae"/>
        <w:spacing w:after="0"/>
        <w:ind w:left="28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Умови виходу у фінал</w:t>
      </w:r>
      <w:r w:rsidR="00101F7B" w:rsidRPr="00073A76">
        <w:rPr>
          <w:rFonts w:ascii="Times New Roman" w:hAnsi="Times New Roman" w:cs="Times New Roman"/>
          <w:b/>
          <w:sz w:val="24"/>
          <w:szCs w:val="24"/>
          <w:lang w:val="uk-UA"/>
        </w:rPr>
        <w:t xml:space="preserve">: </w:t>
      </w:r>
      <w:r w:rsidR="006A4B0B" w:rsidRPr="00073A76">
        <w:rPr>
          <w:rFonts w:ascii="Times New Roman" w:hAnsi="Times New Roman" w:cs="Times New Roman"/>
          <w:sz w:val="24"/>
          <w:szCs w:val="24"/>
          <w:lang w:val="uk-UA"/>
        </w:rPr>
        <w:t>1-2 місця</w:t>
      </w:r>
    </w:p>
    <w:p w:rsidR="00073A76" w:rsidRDefault="006A4B0B" w:rsidP="00FC3608">
      <w:pPr>
        <w:pStyle w:val="ae"/>
        <w:spacing w:after="0"/>
        <w:ind w:left="284"/>
        <w:rPr>
          <w:rFonts w:ascii="Times New Roman" w:hAnsi="Times New Roman" w:cs="Times New Roman"/>
          <w:sz w:val="24"/>
          <w:szCs w:val="24"/>
          <w:lang w:val="uk-UA"/>
        </w:rPr>
      </w:pPr>
      <w:r w:rsidRPr="00073A76">
        <w:rPr>
          <w:rFonts w:ascii="Times New Roman" w:hAnsi="Times New Roman" w:cs="Times New Roman"/>
          <w:b/>
          <w:sz w:val="24"/>
          <w:szCs w:val="24"/>
          <w:lang w:val="uk-UA"/>
        </w:rPr>
        <w:t xml:space="preserve">Фінал: </w:t>
      </w:r>
      <w:r w:rsidRPr="00073A76">
        <w:rPr>
          <w:rFonts w:ascii="Times New Roman" w:hAnsi="Times New Roman" w:cs="Times New Roman"/>
          <w:sz w:val="24"/>
          <w:szCs w:val="24"/>
          <w:lang w:val="uk-UA"/>
        </w:rPr>
        <w:t>6 жовтня 2026 р. (Гімназія №15)</w:t>
      </w:r>
    </w:p>
    <w:p w:rsidR="001F0B1F" w:rsidRDefault="001F0B1F" w:rsidP="001F0B1F">
      <w:pPr>
        <w:pStyle w:val="ae"/>
        <w:spacing w:after="0"/>
        <w:ind w:left="284"/>
        <w:rPr>
          <w:rFonts w:ascii="Times New Roman" w:hAnsi="Times New Roman" w:cs="Times New Roman"/>
          <w:sz w:val="24"/>
          <w:szCs w:val="24"/>
          <w:lang w:val="uk-UA"/>
        </w:rPr>
      </w:pPr>
    </w:p>
    <w:p w:rsidR="001F0B1F" w:rsidRPr="001F0B1F" w:rsidRDefault="001F0B1F" w:rsidP="001F0B1F">
      <w:pPr>
        <w:pStyle w:val="ae"/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73A76">
        <w:rPr>
          <w:rFonts w:ascii="Times New Roman" w:hAnsi="Times New Roman" w:cs="Times New Roman"/>
          <w:b/>
          <w:sz w:val="28"/>
          <w:szCs w:val="24"/>
          <w:lang w:val="uk-UA"/>
        </w:rPr>
        <w:t>РОЗПОДІЛ ГРУП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4"/>
        <w:gridCol w:w="2127"/>
        <w:gridCol w:w="6742"/>
      </w:tblGrid>
      <w:tr w:rsidR="007E7762" w:rsidRPr="00073A76" w:rsidTr="006A4B0B">
        <w:trPr>
          <w:jc w:val="center"/>
        </w:trPr>
        <w:tc>
          <w:tcPr>
            <w:tcW w:w="1164" w:type="dxa"/>
            <w:shd w:val="clear" w:color="auto" w:fill="EEECE1" w:themeFill="background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Група</w:t>
            </w:r>
          </w:p>
        </w:tc>
        <w:tc>
          <w:tcPr>
            <w:tcW w:w="2127" w:type="dxa"/>
            <w:shd w:val="clear" w:color="auto" w:fill="EEECE1" w:themeFill="background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Локація (база)</w:t>
            </w:r>
          </w:p>
        </w:tc>
        <w:tc>
          <w:tcPr>
            <w:tcW w:w="6742" w:type="dxa"/>
            <w:shd w:val="clear" w:color="auto" w:fill="EEECE1" w:themeFill="background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F917BA" w:rsidRPr="00073A76" w:rsidRDefault="00630063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Команди-учасники</w:t>
            </w:r>
          </w:p>
        </w:tc>
      </w:tr>
      <w:tr w:rsidR="007E7762" w:rsidRPr="00073A76" w:rsidTr="006A4B0B">
        <w:trPr>
          <w:jc w:val="center"/>
        </w:trPr>
        <w:tc>
          <w:tcPr>
            <w:tcW w:w="116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1</w:t>
            </w:r>
          </w:p>
        </w:tc>
        <w:tc>
          <w:tcPr>
            <w:tcW w:w="2127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Гімназія №15</w:t>
            </w:r>
          </w:p>
        </w:tc>
        <w:tc>
          <w:tcPr>
            <w:tcW w:w="674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Гімназія №15, Ліцей №4, Ліцей №9, Гімназія №9, Ліцей №10</w:t>
            </w:r>
          </w:p>
        </w:tc>
      </w:tr>
      <w:tr w:rsidR="007E7762" w:rsidRPr="00073A76" w:rsidTr="006A4B0B">
        <w:trPr>
          <w:jc w:val="center"/>
        </w:trPr>
        <w:tc>
          <w:tcPr>
            <w:tcW w:w="1164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2</w:t>
            </w:r>
          </w:p>
        </w:tc>
        <w:tc>
          <w:tcPr>
            <w:tcW w:w="2127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Гімназія №13</w:t>
            </w:r>
          </w:p>
        </w:tc>
        <w:tc>
          <w:tcPr>
            <w:tcW w:w="6742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917BA" w:rsidRPr="00073A76" w:rsidRDefault="00101F7B" w:rsidP="00073A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="007E7762"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імназія №13, Ліцей №21, </w:t>
            </w:r>
            <w:proofErr w:type="spellStart"/>
            <w:r w:rsidR="007E7762" w:rsidRPr="00073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1F5FC"/>
                <w:lang w:val="uk-UA"/>
              </w:rPr>
              <w:t>Чорнівська</w:t>
            </w:r>
            <w:proofErr w:type="spellEnd"/>
            <w:r w:rsidR="007E7762" w:rsidRPr="00073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1F5FC"/>
                <w:lang w:val="uk-UA"/>
              </w:rPr>
              <w:t xml:space="preserve"> гімназія</w:t>
            </w:r>
            <w:r w:rsidRPr="00073A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Гімназія №3</w:t>
            </w:r>
          </w:p>
        </w:tc>
      </w:tr>
    </w:tbl>
    <w:p w:rsidR="00F917BA" w:rsidRPr="00073A76" w:rsidRDefault="00F917BA" w:rsidP="00073A76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F917BA" w:rsidRPr="00073A76" w:rsidSect="006A4B0B">
      <w:pgSz w:w="12240" w:h="15840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74F42CC"/>
    <w:multiLevelType w:val="hybridMultilevel"/>
    <w:tmpl w:val="8AD8E14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B0A0B"/>
    <w:multiLevelType w:val="hybridMultilevel"/>
    <w:tmpl w:val="FF44879C"/>
    <w:lvl w:ilvl="0" w:tplc="0422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4AB70544"/>
    <w:multiLevelType w:val="hybridMultilevel"/>
    <w:tmpl w:val="49FEEBFE"/>
    <w:lvl w:ilvl="0" w:tplc="C562E370">
      <w:numFmt w:val="bullet"/>
      <w:lvlText w:val="•"/>
      <w:lvlJc w:val="left"/>
      <w:pPr>
        <w:ind w:left="648" w:hanging="360"/>
      </w:pPr>
      <w:rPr>
        <w:rFonts w:ascii="Times New Roman" w:eastAsiaTheme="minorEastAsia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7A5A1B"/>
    <w:multiLevelType w:val="hybridMultilevel"/>
    <w:tmpl w:val="F62EF490"/>
    <w:lvl w:ilvl="0" w:tplc="C562E370">
      <w:numFmt w:val="bullet"/>
      <w:lvlText w:val="•"/>
      <w:lvlJc w:val="left"/>
      <w:pPr>
        <w:ind w:left="648" w:hanging="360"/>
      </w:pPr>
      <w:rPr>
        <w:rFonts w:ascii="Times New Roman" w:eastAsiaTheme="minorEastAsia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3" w15:restartNumberingAfterBreak="0">
    <w:nsid w:val="667265AD"/>
    <w:multiLevelType w:val="hybridMultilevel"/>
    <w:tmpl w:val="EF48596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7E65EB"/>
    <w:multiLevelType w:val="hybridMultilevel"/>
    <w:tmpl w:val="F0360A30"/>
    <w:lvl w:ilvl="0" w:tplc="C562E370">
      <w:numFmt w:val="bullet"/>
      <w:lvlText w:val="•"/>
      <w:lvlJc w:val="left"/>
      <w:pPr>
        <w:ind w:left="648" w:hanging="360"/>
      </w:pPr>
      <w:rPr>
        <w:rFonts w:ascii="Times New Roman" w:eastAsiaTheme="minorEastAsia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5" w15:restartNumberingAfterBreak="0">
    <w:nsid w:val="7E085210"/>
    <w:multiLevelType w:val="hybridMultilevel"/>
    <w:tmpl w:val="E6201C22"/>
    <w:lvl w:ilvl="0" w:tplc="C562E370">
      <w:numFmt w:val="bullet"/>
      <w:lvlText w:val="•"/>
      <w:lvlJc w:val="left"/>
      <w:pPr>
        <w:ind w:left="936" w:hanging="360"/>
      </w:pPr>
      <w:rPr>
        <w:rFonts w:ascii="Times New Roman" w:eastAsiaTheme="minorEastAsia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4"/>
  </w:num>
  <w:num w:numId="12">
    <w:abstractNumId w:val="11"/>
  </w:num>
  <w:num w:numId="13">
    <w:abstractNumId w:val="15"/>
  </w:num>
  <w:num w:numId="14">
    <w:abstractNumId w:val="12"/>
  </w:num>
  <w:num w:numId="15">
    <w:abstractNumId w:val="1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0A68"/>
    <w:rsid w:val="0006063C"/>
    <w:rsid w:val="00073A76"/>
    <w:rsid w:val="000838EF"/>
    <w:rsid w:val="00101F7B"/>
    <w:rsid w:val="0015074B"/>
    <w:rsid w:val="001F0B1F"/>
    <w:rsid w:val="00287F6A"/>
    <w:rsid w:val="0029639D"/>
    <w:rsid w:val="00326F90"/>
    <w:rsid w:val="003C0668"/>
    <w:rsid w:val="003E6E98"/>
    <w:rsid w:val="00593DEA"/>
    <w:rsid w:val="006103EF"/>
    <w:rsid w:val="00630063"/>
    <w:rsid w:val="006A4B0B"/>
    <w:rsid w:val="007E7762"/>
    <w:rsid w:val="00AA1D8D"/>
    <w:rsid w:val="00B47730"/>
    <w:rsid w:val="00CB0664"/>
    <w:rsid w:val="00E870F1"/>
    <w:rsid w:val="00F917BA"/>
    <w:rsid w:val="00FC36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FB023C"/>
  <w14:defaultImageDpi w14:val="300"/>
  <w15:docId w15:val="{2248D616-3BA5-4E02-A889-7A571BBB7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D6DF20D-6CAF-4392-8AB4-BC03DAEF3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1233</Words>
  <Characters>703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</dc:creator>
  <cp:keywords/>
  <dc:description>generated by python-docx</dc:description>
  <cp:lastModifiedBy>Admin</cp:lastModifiedBy>
  <cp:revision>9</cp:revision>
  <dcterms:created xsi:type="dcterms:W3CDTF">2013-12-23T23:15:00Z</dcterms:created>
  <dcterms:modified xsi:type="dcterms:W3CDTF">2026-09-27T21:12:00Z</dcterms:modified>
  <cp:category/>
</cp:coreProperties>
</file>