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70F1" w:rsidRPr="00E870F1" w:rsidRDefault="00E870F1" w:rsidP="00E870F1">
      <w:pPr>
        <w:pStyle w:val="a9"/>
        <w:ind w:left="5760" w:firstLine="720"/>
        <w:rPr>
          <w:rFonts w:ascii="Times New Roman" w:hAnsi="Times New Roman" w:cs="Times New Roman"/>
          <w:b/>
          <w:lang w:val="uk-UA"/>
        </w:rPr>
      </w:pPr>
      <w:r w:rsidRPr="00E870F1">
        <w:rPr>
          <w:rFonts w:ascii="Times New Roman" w:hAnsi="Times New Roman" w:cs="Times New Roman"/>
          <w:b/>
          <w:lang w:val="uk-UA"/>
        </w:rPr>
        <w:t>Додаток 1</w:t>
      </w:r>
    </w:p>
    <w:p w:rsidR="00E870F1" w:rsidRPr="00E870F1" w:rsidRDefault="00E870F1" w:rsidP="00E870F1">
      <w:pPr>
        <w:pStyle w:val="a9"/>
        <w:ind w:left="6480"/>
        <w:rPr>
          <w:rFonts w:ascii="Times New Roman" w:hAnsi="Times New Roman" w:cs="Times New Roman"/>
          <w:b/>
          <w:lang w:val="uk-UA"/>
        </w:rPr>
      </w:pPr>
      <w:r w:rsidRPr="00E870F1">
        <w:rPr>
          <w:rFonts w:ascii="Times New Roman" w:hAnsi="Times New Roman" w:cs="Times New Roman"/>
          <w:b/>
          <w:lang w:val="uk-UA"/>
        </w:rPr>
        <w:t xml:space="preserve">до наказу управління освіти </w:t>
      </w:r>
    </w:p>
    <w:p w:rsidR="00E870F1" w:rsidRPr="00E870F1" w:rsidRDefault="00E870F1" w:rsidP="00E870F1">
      <w:pPr>
        <w:pStyle w:val="a9"/>
        <w:ind w:left="5760" w:firstLine="720"/>
        <w:rPr>
          <w:rFonts w:ascii="Times New Roman" w:hAnsi="Times New Roman" w:cs="Times New Roman"/>
          <w:b/>
          <w:lang w:val="uk-UA"/>
        </w:rPr>
      </w:pPr>
      <w:r w:rsidRPr="00E870F1">
        <w:rPr>
          <w:rFonts w:ascii="Times New Roman" w:hAnsi="Times New Roman" w:cs="Times New Roman"/>
          <w:b/>
          <w:lang w:val="uk-UA"/>
        </w:rPr>
        <w:t>Чернівецької міської ради</w:t>
      </w:r>
    </w:p>
    <w:p w:rsidR="00E870F1" w:rsidRPr="00E870F1" w:rsidRDefault="00E870F1" w:rsidP="00E870F1">
      <w:pPr>
        <w:pStyle w:val="a9"/>
        <w:ind w:left="5760" w:firstLine="720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>від ________ №______</w:t>
      </w:r>
    </w:p>
    <w:p w:rsidR="00F917BA" w:rsidRPr="00073A76" w:rsidRDefault="00F917BA" w:rsidP="00073A76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:rsidR="007E7762" w:rsidRDefault="007E7762" w:rsidP="00073A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073A76" w:rsidRPr="00073A76" w:rsidRDefault="00073A76" w:rsidP="00073A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F917BA" w:rsidRPr="00073A76" w:rsidRDefault="007E7762" w:rsidP="00073A76">
      <w:pPr>
        <w:spacing w:after="0"/>
        <w:jc w:val="center"/>
        <w:rPr>
          <w:rFonts w:ascii="Times New Roman" w:hAnsi="Times New Roman" w:cs="Times New Roman"/>
          <w:b/>
          <w:sz w:val="28"/>
          <w:szCs w:val="24"/>
          <w:lang w:val="uk-UA"/>
        </w:rPr>
      </w:pPr>
      <w:r w:rsidRPr="00073A76">
        <w:rPr>
          <w:rFonts w:ascii="Times New Roman" w:hAnsi="Times New Roman" w:cs="Times New Roman"/>
          <w:b/>
          <w:sz w:val="28"/>
          <w:szCs w:val="24"/>
          <w:lang w:val="uk-UA"/>
        </w:rPr>
        <w:t>РОЗПОДІЛ ГРУП</w:t>
      </w:r>
      <w:r w:rsidRPr="00073A76">
        <w:rPr>
          <w:rFonts w:ascii="Times New Roman" w:hAnsi="Times New Roman" w:cs="Times New Roman"/>
          <w:b/>
          <w:sz w:val="28"/>
          <w:szCs w:val="24"/>
          <w:lang w:val="uk-UA"/>
        </w:rPr>
        <w:br/>
      </w:r>
      <w:r w:rsidR="00073A76" w:rsidRPr="00073A76">
        <w:rPr>
          <w:rFonts w:ascii="Times New Roman" w:hAnsi="Times New Roman" w:cs="Times New Roman"/>
          <w:b/>
          <w:sz w:val="28"/>
          <w:szCs w:val="24"/>
          <w:lang w:val="uk-UA"/>
        </w:rPr>
        <w:t xml:space="preserve"> міської ліги «Незламні»</w:t>
      </w:r>
      <w:r w:rsidR="00101F7B" w:rsidRPr="00073A76">
        <w:rPr>
          <w:rFonts w:ascii="Times New Roman" w:hAnsi="Times New Roman" w:cs="Times New Roman"/>
          <w:b/>
          <w:sz w:val="28"/>
          <w:szCs w:val="24"/>
          <w:lang w:val="uk-UA"/>
        </w:rPr>
        <w:t xml:space="preserve"> </w:t>
      </w:r>
    </w:p>
    <w:p w:rsidR="007E7762" w:rsidRPr="00073A76" w:rsidRDefault="00101F7B" w:rsidP="00073A76">
      <w:pPr>
        <w:spacing w:after="0"/>
        <w:jc w:val="center"/>
        <w:rPr>
          <w:rFonts w:ascii="Times New Roman" w:hAnsi="Times New Roman" w:cs="Times New Roman"/>
          <w:b/>
          <w:sz w:val="28"/>
          <w:szCs w:val="24"/>
          <w:lang w:val="uk-UA"/>
        </w:rPr>
      </w:pPr>
      <w:r>
        <w:rPr>
          <w:rFonts w:ascii="Times New Roman" w:hAnsi="Times New Roman" w:cs="Times New Roman"/>
          <w:b/>
          <w:sz w:val="28"/>
          <w:szCs w:val="24"/>
          <w:lang w:val="uk-UA"/>
        </w:rPr>
        <w:t xml:space="preserve">з </w:t>
      </w:r>
      <w:proofErr w:type="spellStart"/>
      <w:r w:rsidR="00F426FF">
        <w:rPr>
          <w:rFonts w:ascii="Times New Roman" w:hAnsi="Times New Roman" w:cs="Times New Roman"/>
          <w:b/>
          <w:sz w:val="28"/>
          <w:szCs w:val="24"/>
          <w:lang w:val="uk-UA"/>
        </w:rPr>
        <w:t>флорболу</w:t>
      </w:r>
      <w:proofErr w:type="spellEnd"/>
      <w:r w:rsidR="00F426FF">
        <w:rPr>
          <w:rFonts w:ascii="Times New Roman" w:hAnsi="Times New Roman" w:cs="Times New Roman"/>
          <w:b/>
          <w:sz w:val="28"/>
          <w:szCs w:val="24"/>
          <w:lang w:val="uk-UA"/>
        </w:rPr>
        <w:t xml:space="preserve"> (5-9 класи)</w:t>
      </w:r>
    </w:p>
    <w:p w:rsidR="001F0B1F" w:rsidRPr="00F426FF" w:rsidRDefault="001F0B1F" w:rsidP="00F426FF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6"/>
        <w:gridCol w:w="1984"/>
        <w:gridCol w:w="6804"/>
      </w:tblGrid>
      <w:tr w:rsidR="007E7762" w:rsidRPr="00073A76" w:rsidTr="006A4B0B">
        <w:trPr>
          <w:jc w:val="center"/>
        </w:trPr>
        <w:tc>
          <w:tcPr>
            <w:tcW w:w="1256" w:type="dxa"/>
            <w:shd w:val="clear" w:color="auto" w:fill="EEECE1" w:themeFill="background2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F917BA" w:rsidRPr="00073A76" w:rsidRDefault="00101F7B" w:rsidP="00073A7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3A7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Група</w:t>
            </w:r>
          </w:p>
        </w:tc>
        <w:tc>
          <w:tcPr>
            <w:tcW w:w="1984" w:type="dxa"/>
            <w:shd w:val="clear" w:color="auto" w:fill="EEECE1" w:themeFill="background2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F917BA" w:rsidRPr="00073A76" w:rsidRDefault="00101F7B" w:rsidP="00073A7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3A7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Локація (база)</w:t>
            </w:r>
          </w:p>
        </w:tc>
        <w:tc>
          <w:tcPr>
            <w:tcW w:w="6804" w:type="dxa"/>
            <w:shd w:val="clear" w:color="auto" w:fill="EEECE1" w:themeFill="background2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F917BA" w:rsidRPr="00073A76" w:rsidRDefault="00630063" w:rsidP="00073A7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Команди-учасники</w:t>
            </w:r>
          </w:p>
        </w:tc>
      </w:tr>
      <w:tr w:rsidR="007E7762" w:rsidRPr="00073A76" w:rsidTr="006A4B0B">
        <w:trPr>
          <w:jc w:val="center"/>
        </w:trPr>
        <w:tc>
          <w:tcPr>
            <w:tcW w:w="125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F917BA" w:rsidRPr="00073A76" w:rsidRDefault="00101F7B" w:rsidP="00073A7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3A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Група 1</w:t>
            </w:r>
          </w:p>
        </w:tc>
        <w:tc>
          <w:tcPr>
            <w:tcW w:w="1984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F917BA" w:rsidRPr="00073A76" w:rsidRDefault="00F426FF" w:rsidP="00073A7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Гімназія №13</w:t>
            </w:r>
          </w:p>
        </w:tc>
        <w:tc>
          <w:tcPr>
            <w:tcW w:w="6804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F917BA" w:rsidRPr="00073A76" w:rsidRDefault="00F426FF" w:rsidP="00F426F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Гімназія №13</w:t>
            </w:r>
            <w:r w:rsidR="00101F7B" w:rsidRPr="00073A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Гімназія №3, Гімназія №17,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Чорнівська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гімназія</w:t>
            </w:r>
          </w:p>
        </w:tc>
      </w:tr>
      <w:tr w:rsidR="007E7762" w:rsidRPr="00073A76" w:rsidTr="006A4B0B">
        <w:trPr>
          <w:jc w:val="center"/>
        </w:trPr>
        <w:tc>
          <w:tcPr>
            <w:tcW w:w="1256" w:type="dxa"/>
            <w:shd w:val="clear" w:color="auto" w:fill="F4F6F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F917BA" w:rsidRPr="00073A76" w:rsidRDefault="00101F7B" w:rsidP="00073A7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3A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Група 2</w:t>
            </w:r>
          </w:p>
        </w:tc>
        <w:tc>
          <w:tcPr>
            <w:tcW w:w="1984" w:type="dxa"/>
            <w:shd w:val="clear" w:color="auto" w:fill="F4F6F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F917BA" w:rsidRPr="00073A76" w:rsidRDefault="00F426FF" w:rsidP="00073A7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Гімназія №14</w:t>
            </w:r>
          </w:p>
        </w:tc>
        <w:tc>
          <w:tcPr>
            <w:tcW w:w="6804" w:type="dxa"/>
            <w:shd w:val="clear" w:color="auto" w:fill="F4F6F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F917BA" w:rsidRPr="00073A76" w:rsidRDefault="00F426FF" w:rsidP="00F426F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Гімназія №15,</w:t>
            </w:r>
            <w:r w:rsidR="007E7762" w:rsidRPr="00073A7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1F5FC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Ліцей №</w:t>
            </w:r>
            <w:r w:rsidR="00101F7B" w:rsidRPr="00073A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="00101F7B" w:rsidRPr="00073A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Ліцей №6</w:t>
            </w:r>
          </w:p>
        </w:tc>
      </w:tr>
      <w:tr w:rsidR="007E7762" w:rsidRPr="00073A76" w:rsidTr="006A4B0B">
        <w:trPr>
          <w:jc w:val="center"/>
        </w:trPr>
        <w:tc>
          <w:tcPr>
            <w:tcW w:w="125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F917BA" w:rsidRPr="00073A76" w:rsidRDefault="00101F7B" w:rsidP="00073A7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3A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Група 3</w:t>
            </w:r>
          </w:p>
        </w:tc>
        <w:tc>
          <w:tcPr>
            <w:tcW w:w="1984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F917BA" w:rsidRPr="00073A76" w:rsidRDefault="00F426FF" w:rsidP="00073A7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Ліцей №17</w:t>
            </w:r>
          </w:p>
        </w:tc>
        <w:tc>
          <w:tcPr>
            <w:tcW w:w="6804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F917BA" w:rsidRPr="00073A76" w:rsidRDefault="00101F7B" w:rsidP="00073A7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3A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Ліцей №17</w:t>
            </w:r>
            <w:r w:rsidR="00F426F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Ліцей №9, Ліцей №4</w:t>
            </w:r>
          </w:p>
        </w:tc>
      </w:tr>
    </w:tbl>
    <w:p w:rsidR="00F426FF" w:rsidRDefault="00F426FF" w:rsidP="00F426FF">
      <w:pPr>
        <w:pStyle w:val="ae"/>
        <w:spacing w:after="0"/>
        <w:ind w:left="142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073A76" w:rsidRPr="00F426FF" w:rsidRDefault="00F426FF" w:rsidP="00F426FF">
      <w:pPr>
        <w:pStyle w:val="ae"/>
        <w:spacing w:after="0"/>
        <w:ind w:left="142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Умови виходу у фінал</w:t>
      </w:r>
      <w:r w:rsidRPr="00073A76">
        <w:rPr>
          <w:rFonts w:ascii="Times New Roman" w:hAnsi="Times New Roman" w:cs="Times New Roman"/>
          <w:b/>
          <w:sz w:val="24"/>
          <w:szCs w:val="24"/>
          <w:lang w:val="uk-UA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uk-UA"/>
        </w:rPr>
        <w:t>переможець групи</w:t>
      </w:r>
      <w:r w:rsidRPr="003C0668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F917BA" w:rsidRPr="00073A76" w:rsidRDefault="00F917BA" w:rsidP="00F426FF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bookmarkStart w:id="0" w:name="_GoBack"/>
      <w:bookmarkEnd w:id="0"/>
    </w:p>
    <w:sectPr w:rsidR="00F917BA" w:rsidRPr="00073A76" w:rsidSect="006A4B0B">
      <w:pgSz w:w="12240" w:h="15840"/>
      <w:pgMar w:top="850" w:right="850" w:bottom="85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74F42CC"/>
    <w:multiLevelType w:val="hybridMultilevel"/>
    <w:tmpl w:val="8AD8E14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BB0A0B"/>
    <w:multiLevelType w:val="hybridMultilevel"/>
    <w:tmpl w:val="FF44879C"/>
    <w:lvl w:ilvl="0" w:tplc="0422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1" w15:restartNumberingAfterBreak="0">
    <w:nsid w:val="4AB70544"/>
    <w:multiLevelType w:val="hybridMultilevel"/>
    <w:tmpl w:val="49FEEBFE"/>
    <w:lvl w:ilvl="0" w:tplc="C562E370">
      <w:numFmt w:val="bullet"/>
      <w:lvlText w:val="•"/>
      <w:lvlJc w:val="left"/>
      <w:pPr>
        <w:ind w:left="648" w:hanging="360"/>
      </w:pPr>
      <w:rPr>
        <w:rFonts w:ascii="Times New Roman" w:eastAsiaTheme="minorEastAsia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7A5A1B"/>
    <w:multiLevelType w:val="hybridMultilevel"/>
    <w:tmpl w:val="F62EF490"/>
    <w:lvl w:ilvl="0" w:tplc="C562E370">
      <w:numFmt w:val="bullet"/>
      <w:lvlText w:val="•"/>
      <w:lvlJc w:val="left"/>
      <w:pPr>
        <w:ind w:left="648" w:hanging="360"/>
      </w:pPr>
      <w:rPr>
        <w:rFonts w:ascii="Times New Roman" w:eastAsiaTheme="minorEastAsia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3" w15:restartNumberingAfterBreak="0">
    <w:nsid w:val="667265AD"/>
    <w:multiLevelType w:val="hybridMultilevel"/>
    <w:tmpl w:val="EF48596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7E65EB"/>
    <w:multiLevelType w:val="hybridMultilevel"/>
    <w:tmpl w:val="F0360A30"/>
    <w:lvl w:ilvl="0" w:tplc="C562E370">
      <w:numFmt w:val="bullet"/>
      <w:lvlText w:val="•"/>
      <w:lvlJc w:val="left"/>
      <w:pPr>
        <w:ind w:left="648" w:hanging="360"/>
      </w:pPr>
      <w:rPr>
        <w:rFonts w:ascii="Times New Roman" w:eastAsiaTheme="minorEastAsia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5" w15:restartNumberingAfterBreak="0">
    <w:nsid w:val="7E085210"/>
    <w:multiLevelType w:val="hybridMultilevel"/>
    <w:tmpl w:val="E6201C22"/>
    <w:lvl w:ilvl="0" w:tplc="C562E370">
      <w:numFmt w:val="bullet"/>
      <w:lvlText w:val="•"/>
      <w:lvlJc w:val="left"/>
      <w:pPr>
        <w:ind w:left="936" w:hanging="360"/>
      </w:pPr>
      <w:rPr>
        <w:rFonts w:ascii="Times New Roman" w:eastAsiaTheme="minorEastAsia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14"/>
  </w:num>
  <w:num w:numId="12">
    <w:abstractNumId w:val="11"/>
  </w:num>
  <w:num w:numId="13">
    <w:abstractNumId w:val="15"/>
  </w:num>
  <w:num w:numId="14">
    <w:abstractNumId w:val="12"/>
  </w:num>
  <w:num w:numId="15">
    <w:abstractNumId w:val="13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50A68"/>
    <w:rsid w:val="0006063C"/>
    <w:rsid w:val="00073A76"/>
    <w:rsid w:val="000838EF"/>
    <w:rsid w:val="00101F7B"/>
    <w:rsid w:val="0015074B"/>
    <w:rsid w:val="001F0B1F"/>
    <w:rsid w:val="00287F6A"/>
    <w:rsid w:val="0029639D"/>
    <w:rsid w:val="00326F90"/>
    <w:rsid w:val="003C0668"/>
    <w:rsid w:val="003E6E98"/>
    <w:rsid w:val="00593DEA"/>
    <w:rsid w:val="006103EF"/>
    <w:rsid w:val="00630063"/>
    <w:rsid w:val="006A4B0B"/>
    <w:rsid w:val="007E7762"/>
    <w:rsid w:val="00AA1D8D"/>
    <w:rsid w:val="00B47730"/>
    <w:rsid w:val="00CB0664"/>
    <w:rsid w:val="00E870F1"/>
    <w:rsid w:val="00F426FF"/>
    <w:rsid w:val="00F917BA"/>
    <w:rsid w:val="00FC360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A3EE74"/>
  <w14:defaultImageDpi w14:val="300"/>
  <w15:docId w15:val="{2248D616-3BA5-4E02-A889-7A571BBB7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F546A9C-20BE-4FC4-A542-6AB5EB13D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268</Words>
  <Characters>154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Володимир</dc:creator>
  <cp:keywords/>
  <dc:description>generated by python-docx</dc:description>
  <cp:lastModifiedBy>Admin</cp:lastModifiedBy>
  <cp:revision>10</cp:revision>
  <dcterms:created xsi:type="dcterms:W3CDTF">2013-12-23T23:15:00Z</dcterms:created>
  <dcterms:modified xsi:type="dcterms:W3CDTF">2026-10-14T17:19:00Z</dcterms:modified>
  <cp:category/>
</cp:coreProperties>
</file>